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Aufmaß und Planung für Ihre Holztreppe</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Neubau oder Bestand: Welche Holztreppe passt zu meinem Vorhaben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treppemuenchen.de/index.html" TargetMode="External"/><Relationship Id="rId10" Type="http://schemas.openxmlformats.org/officeDocument/2006/relationships/hyperlink" Target="https://oracle.holztreppemuenchen.de/hausbau-1/neubau-oder-bestand-welche-holztreppe-passt-zu-meinem-vorhaben-in-m-nc-eed0920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